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50-03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кровл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кровл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492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821300161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0.20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3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68 (25.03.201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7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ыбкин Иван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тел./факс: (8352) 64-16-69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ерце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4900-021-0006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3.2024 по 22.03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