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21-С-0149-0210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"Компания "Астек-Элара"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"Компания "Астек — Элара"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2130029501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1072130017530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23.10.2007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19.02.2010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14 (19.02.2010)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29.09.2015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226 (29.09.2015)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Уведомление о добровольном прекращении членства (п. 1 ч. 1 ст. 55.7 ГрК)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Яременко Сергей Владимирович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(8352) 41-21-22, факс: (8352) 41-15-96, 41-91-77 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428034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Университетская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34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(Корпус/строение):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корпус 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Страховая Компания «Росгосстрах»</w:t>
              <w:br/>
              <w:t>№ Лицензии: ОС 0001 - 02 от 23 мая 2016 года</w:t>
              <w:br/>
              <w:t>Адрес: 140002, Московская область, город Люберцы, улица Парковая, дом 3</w:t>
              <w:br/>
              <w:t>Контактные телефоны: +7(495) 926-55-55, +7 (495) 926-99-77</w:t>
              <w:br/>
              <w:t>Веб сайт: http://www.rgs.ru</w:t>
              <w:br/>
              <w:t>Электронная почта: pr@rgs.ru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10-15/421-01К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05.02.2015 по 04.02.2016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