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21-С-0115-0110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"Лидер"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"Лидер"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2127331568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1042127011420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21.06.2004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13.01.2010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10 (13.01.2010)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12.01.2015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200 (12.01.2015)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 из членов за отсутствие у юридического лица свидетельства о допуске хотя бы к одному виду работ, которые оказывают влияние на безопасность объектов капитального строительства (п. 5 ч. 2 ст. 55.7 ГрК)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Конкурсный управляющий, Митюнин Владимир Яковлевич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30-80-78, факс: (8352) 63-63-62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проезд Машиностроителей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корпус 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Открытое акционерное общество «Страховая группа МСК» </w:t>
              <w:br/>
              <w:t>№ Лицензии: С 0461 77 от 14 июля 2009 года</w:t>
              <w:br/>
              <w:t>Адрес: 127006 г. Москва, ул. Долгоруковская, д. 40</w:t>
              <w:br/>
              <w:t xml:space="preserve">Контактные телефоны: +7 (495) 956-84-84, +7 (495) 956-84-86 </w:t>
              <w:br/>
              <w:t>Веб сайт: http://sgmsk.ru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ОТА/5200/011531639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21.01.2014 по 20.01.2015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