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"Монус"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"Монус"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2127300619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1022100977458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18.12.1996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398 (22.08.2018)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- 364 400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Музуров Вадим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41-46-93, факс: (8352) 41-46-93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www.monus.ru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Ардалиона Игнатьева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V04121-0000144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27.10.2017 по 26.10.2018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