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21-С-0092-1110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"УМиТ"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"Управление Механизации и Транспорта"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2130067313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1102130000191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 (01.11.2010)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04.10.2016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ПРЕКРАЩЕНИЕ ДЕЯТЕЛЬНОСТИ ЮРИДИЧЕСКОГО ЛИЦА ПУТЕМ РЕОРГАНИЗАЦИИ В ФОРМЕ ПРИСОЕДИНЕНИЯ К ООО "УССР№73" (ИНН 2116498910). Сумма КФ на момент присоединения к новому ЮЛ составляла 300 000 руб.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Борисов Владислав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39-60-96 факс: (8352) 39-60-96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Кирова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433-550-022168/16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11.04.2016 по 10.04.2017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