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74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йгаран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йгаран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200535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21310108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10.20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7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Нестеров Михаил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31) 2-24-52 факс: (83531) 2-24-52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8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Алатырь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Москов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260115886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0.05.2024 по 19.05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