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"Градострой"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"Градострой"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2127312413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1022100969329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02.11.2000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236 (27.01.2016)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Тимофеев Александр Леонардович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57-00-99, факс: (8352) 57-03-06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www.gs21.ru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V04121-0000103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06.10.2014 по 05.10.2015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