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"Волгогазстрой"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"Волгогазстрой"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2105001742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1022102029212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Петров Геннадий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(83538) 2-12-39 факс: (83538) 2-33-49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Ибреси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Леспромхозная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144904-021-000144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13.10.2014 по 12.10.2015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