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21-С-0035-1209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"Стройдом"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"Стройдом"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2130031123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1072130019213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22.11.2007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18.04.2018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377 (23.04.2018)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Исключены на основании п.2 ч.2 ст. 55.7. ГрК РФ. На момент исключения размер взноса в компенсационный фонд возмещения вреда составлял - 1 800 000 рублей, в компенсационный фонд обеспечения договорных обязательств - 1 295 999 рублей.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1 800 000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1 295 999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Ефрем Роман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41-70-72,  факс: (8352) 41-70-09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10 Пятилетки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пом. 9/1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Страховая Компания «Росгосстрах»</w:t>
              <w:br/>
              <w:t>№ Лицензии: ОС 0001 - 02 от 23 мая 2016 года</w:t>
              <w:br/>
              <w:t>Адрес: 140002, Московская область, город Люберцы, улица Парковая, дом 3</w:t>
              <w:br/>
              <w:t>Контактные телефоны: +7(495) 926-55-55, +7 (495) 926-99-77</w:t>
              <w:br/>
              <w:t>Веб сайт: http://www.rgs.ru</w:t>
              <w:br/>
              <w:t>Электронная почта: pr@rgs.ru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106-17/421-01К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24.10.2017 по 23.10.2018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