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"Булат"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"Булат"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2103004730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1022101830728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31.08.2001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Абдулвалеев Ринат Абдулахатович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(83532) 6-12-24, факс: (83532) 6-12-24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Батыревский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Шыгырдан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Наримана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19.08.2025 по 18.08.2026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