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21-С-0603-0826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"Техносферная безопасность"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"Техносферная безопасность"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2130208099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1192130002140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600  (18.08.2026)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Бесчастнов Игорь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Николая Ильбекова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-0012146710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29.07.2026 по 28.07.2027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