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21-С-0604-0826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"СЭМ"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"СТРОЙЭНЕРГОМОНТАЖ"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2108003441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1202100005381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600  (18.08.2026)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Платонов Андрей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р-н Комсомольский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с. Комсомольское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Куйбышева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264900-021-001675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15.07.2026 по 14.07.2027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