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21-С-0601-0826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Дмитриева Ольга Андреевна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Дмитриева Ольга Андреевна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211604141008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321213000030412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600  (18.08.2026)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Дмитриева Ольга Андреевна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Чебоксарский район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Лапсары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