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21-С-0602-0826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"Инновация"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"Инновация"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2123016861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1162130055053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600  (18.08.2026)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Зинатуллин Мансур Тауфекович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ш. Янтиковское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СРО-0012146939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08.07.2026 по 07.07.2027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