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21-С-599-0726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"Сервис-Строй"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"Сервис-Строй"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2129046630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1022101277978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29.10.2002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599 (07.07.2026)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Гайдуков Фёдор Павлович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СРО-0012146846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09.06.2026 по 08.06.2027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