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21-С-0592-0626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«СтройМонтаж»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«СтройМонтаж»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2100010503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1232100007050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29.09.2023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04.06.2026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598 (02.06.2026)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Орлова Наталья Петровна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429060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(21)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м.о. Ядринский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 Ядрин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 Садовая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19А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924/2981289088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18.03.2026 по 17.03.2027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