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21-С-0596-0626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«УБЕЕВО-СТРОЙ»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"УБЕЕВО-СТРОЙ"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2100031052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1262100000689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03.06.2026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598 (02.06.2026)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Степанов Николай Валерьянович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429626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м.о. Красноармейский, с. Убеево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Сапожникова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СРО-4000649547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14.04.2026 по 13.04.2027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