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21-С-0590-0126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"СТРОЙ ПРО 21"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"СТРОЙ ПРО 21"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2100027514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1252100005431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26.08.2025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30.01.2026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593 (27.01.2026)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Топоров Владимир Станиславович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Россия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(21)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пр-кт Ленина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д. 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(Корпус/строение):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к.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помещ. 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"Зетта Страхование"</w:t>
              <w:br/>
              <w:t>№ Лицензии: ОС 1083 - 02 от 24 июня 2015 года</w:t>
              <w:br/>
              <w:t>Адрес: 121087, г. Москва, Багратионовский проезд, д.7, корпус 11</w:t>
              <w:br/>
              <w:t>Контактные телефоны: +7 (495) 967-17-81</w:t>
              <w:br/>
              <w:t>Веб сайт: http://www.zettains.ru</w:t>
              <w:br/>
              <w:t>Электронная почта: info@zettains.ru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СРО-0012075784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12.12.2025 по 11.12.2026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