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21-С-0583-0925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"Дорстройтрест"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"Дорстройтрест"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2100007099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1232100003596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Бибиков Даниил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б-р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264900-021-001399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07.08.2026 по 06.08.2027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