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21-С-0580-0725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"Эткер"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"Эткер"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2130157493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589 (22.07.2025)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Павлов Валерий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пр.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