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21-С-0578-0525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"Мебель рум"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"Мебель рум"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2130209504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1192130004000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21.03.2019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20.05.2025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586 (19.05.2025)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20.04.2026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Герасимов Станислав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Калинина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 №0012020755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09.04.2025 по 08.04.2026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