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21-С-0570-1024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"Энергосистемы-Центр"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"Энергосистемы-Центр"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2130110350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1122130012993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26.10.2012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31.10.2024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579 (29.10.2024)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Емельянов Иван Петрович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8-903-358-82-33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ул. Промышленная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влд. 53Б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К.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"Зетта Страхование"</w:t>
              <w:br/>
              <w:t>№ Лицензии: ОС 1083 - 02 от 24 июня 2015 года</w:t>
              <w:br/>
              <w:t>Адрес: 121087, г. Москва, Багратионовский проезд, д.7, корпус 11</w:t>
              <w:br/>
              <w:t>Контактные телефоны: +7 (495) 967-17-81</w:t>
              <w:br/>
              <w:t>Веб сайт: http://www.zettains.ru</w:t>
              <w:br/>
              <w:t>Электронная почта: info@zettains.ru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СРО-0012069732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26.09.2025 по 25.09.2026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