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21-С-0569-0824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«СЗ «Регионжилстройпроект»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«Специализированный застройщик «Регионжилстройпроект»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2129065079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1052128141130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05.12.2005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16.08.2024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577 (13.08.2024)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Борисов Олег Валерьевич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8(8352) 41-46-98; 41-42-31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428009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пр-кт Максима Горького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49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Наименование организации: Страховое публичное акционерное общество «Ингосстрах» </w:t>
              <w:br/>
              <w:t>№ Лицензии: ОС 0928 - 02 от 28 сентября 2016 года</w:t>
              <w:br/>
              <w:t>Адрес: 127994, г. Москва, ул. Лесная, д. 41</w:t>
              <w:br/>
              <w:t>Контактные телефоны: +7 (495) 956-55-55, факс: +7 (495) 959-44-20</w:t>
              <w:br/>
              <w:t>Веб сайт: http://www.ingos.ru/</w:t>
              <w:br/>
              <w:t>Электронная почта: ingos@ingos.ru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433-550-188570/26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06.08.2026 по 05.08.2027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