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21-С-0554-0224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"РСМУ"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"Ремонтно-Строительное Монтажное Управление"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2130232172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1222100003773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570 (14.02.2024)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Петров Алексей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8-917-676-11-88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Кабельный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СРО-4000619648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29.01.2026 по 28.01.2027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