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21-С-0407-0422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"Сваебой21"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"Сваебой21"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2130228909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1212100008438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Казанцев Александр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27-03-44; 8 (8352) 27-03-44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Ленинградская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03.03.2026 по 02.03.2027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