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21-С-0307-1221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«Свой Климат»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«Свой Климат»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2130168368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1162130053546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03.03.2016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02.12.2021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524 (01.12.2021)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Кижаев Павел Викторович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700-828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www.sklimat21.ru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Правая Набережная Сугутки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Общество с ограниченной ответственностью «Страховая Компания «Согласие»</w:t>
              <w:br/>
              <w:t>№ Лицензии: СИ 1307 от 25 мая 2015 года</w:t>
              <w:br/>
              <w:t>Адрес: 129110, г. Москва, ул. Гиляровского, д. 42</w:t>
              <w:br/>
              <w:t>Контактные телефоны: +7 (495) 739-01-01, 8-800-200-01-01</w:t>
              <w:br/>
              <w:t>Веб сайт: http://www.soglasie.ru/</w:t>
              <w:br/>
              <w:t>Электронная почта: info@soglasie.ru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2009022-2661882/25СРО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13.11.2025 по 12.11.2026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