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21-С-0474-0721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Лапшин Алексей Юриевич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Лапшин Алексей Юриевич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212001117857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319213000050827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510 (15.07.2021)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23-05-23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264900-021-001579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