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21-С-0246-0521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«Мантира»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«Мантира»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2124046675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1192130011259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504 (27.05.2021)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Михайлов Игорь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+79689290332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7791R/906/00012/22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28.04.2022 по 27.04.2023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