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21-С-0052-0521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«СМ»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Строительная Компания «СпецМонтаж»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2124046643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1192130011171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14.05.2021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503 (13.05.2021)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Соловьев Сергей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+79176524960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владение 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этаж/офис 2/24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58/26-85-2171659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03.06.2026 по 02.06.2027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