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21-С-0282-0321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«НПП «СЕЛЕКТ»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«Научно-производственное предприятие «СЕЛЕКТ»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2130023411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1072130011073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27.06.2007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496 (24.03.2021)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Виталий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+79196763777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Николая Смирнова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433-550-156697/26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16.06.2026 по 15.06.2027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