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21-С-0450-0121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«Империал»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«Империал»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2130162912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1152130014508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13.11.2015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29.01.2021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492 (20.01.2021)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Иванов Виталий Рудольфович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53-00-53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Константина Иванова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73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пом./офис 7/1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Страховая Компания «Росгосстрах»</w:t>
              <w:br/>
              <w:t>№ Лицензии: ОС 0001 - 02 от 23 мая 2016 года</w:t>
              <w:br/>
              <w:t>Адрес: 140002, Московская область, город Люберцы, улица Парковая, дом 3</w:t>
              <w:br/>
              <w:t>Контактные телефоны: +7(495) 926-55-55, +7 (495) 926-99-77</w:t>
              <w:br/>
              <w:t>Веб сайт: http://www.rgs.ru</w:t>
              <w:br/>
              <w:t>Электронная почта: pr@rgs.ru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 01-25/421-29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13.04.2025 по 12.04.2026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