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rFonts w:ascii="Times New Roman" w:hAnsi="Times New Roman"/>
          <w:b/>
          <w:sz w:val="24"/>
        </w:rPr>
        <w:t>Информация</w:t>
      </w:r>
    </w:p>
    <w:tbl>
      <w:tblPr>
        <w:tblW w:type="auto" w:w="0"/>
        <w:tblLayout w:type="fixed"/>
        <w:tblLook w:firstColumn="1" w:firstRow="1" w:lastColumn="0" w:lastRow="0" w:noHBand="0" w:noVBand="1" w:val="04A0"/>
      </w:tblPr>
      <w:tblGrid>
        <w:gridCol w:w="3969"/>
        <w:gridCol w:w="5102"/>
      </w:tblGrid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Регистрационный номер: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21-С-0430-1220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Сокращенное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ООО «СЗ «ГК «Центр»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Полное наименование организации: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Общество с ограниченной ответственностью «Специализированный застройщик «Группа компаний «Центр»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ИНН: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2130200533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ОГРН/ОГРНИП: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1182130004792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гос. регистрации ЮЛ/ИП: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23.04.2018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соответствии члена СРО условиям членства, предусмотренным законодательством РФ и (или) внутренними документами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Соответствует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Статус членства: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Является членом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Дата регистрации в реестре СРО (внесения сведений в реестр):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28.12.2020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Основание приема в СРО: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Протокол заседания Правления № 491 (24.12.2020)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Сумма взноса в Компенсационный Фонд возмещения вреда (КФ ВВ)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500 000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Уровень ответственности ВВ: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Второй уровень ответственности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Стоимость работ по одному договору: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не превышает пятьсот миллионов рублей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Единоличный исполнительный орган/руководитель коллегиального исполнительного органа: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Генеральный директор, Иванов Алексей Геннадьевич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Контактные телефоны: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(8352) 58-10-69, 58-10-54, 45-08-11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(Индекс):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428033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(Страна):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РФ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(Субъект РФ):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Чувашская Республика - Чувашия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(Район):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г.о. 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(Населённый пункт):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город Чебоксары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(Улица):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улица Б.С. Маркова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(Дом):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дом 12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Адрес (Помещение):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помещ. 85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Сведения о страховщике: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 xml:space="preserve">Наименование организации: Страховое публичное акционерное общество «Ингосстрах» </w:t>
              <w:br/>
              <w:t>№ Лицензии: ОС 0928 - 02 от 28 сентября 2016 года</w:t>
              <w:br/>
              <w:t>Адрес: 127994, г. Москва, ул. Лесная, д. 41</w:t>
              <w:br/>
              <w:t>Контактные телефоны: +7 (495) 956-55-55, факс: +7 (495) 959-44-20</w:t>
              <w:br/>
              <w:t>Веб сайт: http://www.ingos.ru/</w:t>
              <w:br/>
              <w:t>Электронная почта: ingos@ingos.ru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Номер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433-550-277492/25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Срок действия договора страхования: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 18.12.2025 по 17.12.2026</w:t>
            </w:r>
          </w:p>
        </w:tc>
      </w:tr>
      <w:tr>
        <w:tc>
          <w:tcPr>
            <w:tcW w:type="dxa" w:w="3969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Страховая сумма (руб.):</w:t>
            </w:r>
          </w:p>
        </w:tc>
        <w:tc>
          <w:tcPr>
            <w:tcW w:type="dxa" w:w="5102"/>
          </w:tcPr>
          <w:p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20 000 000</w:t>
            </w:r>
          </w:p>
        </w:tc>
      </w:tr>
    </w:tbl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