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21-С-0080-1220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«ЧЕСТРстрой-3»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«ЧЕСТРстрой-3»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2129057991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1052128112057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08.07.2005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04.12.2020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489 (03.12.2020)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Трофимов Руслан Витальевич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41-60-68, 41-62-15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Университетская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помещение/кабинет 1/11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«РЕСО-Гарантия» </w:t>
              <w:br/>
              <w:t>№ Лицензии: ОС 1209 - 03 от 20 августа 2015 года</w:t>
              <w:br/>
              <w:t>Адрес: 117105, г. Москва, Нагорный пр., д. 6</w:t>
              <w:br/>
              <w:t>Контактные телефоны: +7 (495) 730-30-00,  факс: +7 495) 956-25-85</w:t>
              <w:br/>
              <w:t>Веб сайт: http://www.reso.ru/</w:t>
              <w:br/>
              <w:t>Электронная почта: mail@reso.ru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924/2914687184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20.11.2025 по 19.11.2026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