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21-С-0392-0920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«Промпроектстрой»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«Промпроектстрой»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2124046795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1192130012942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24.12.2019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18.09.2020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481 (16.09.2020)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Михайлова Татьяна Михайловна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74-50-45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Промышленная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владение 78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264900-021-001670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07.08.2026 по 06.08.2027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