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21-С-0309-0820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«Карнэ»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«Карнэ»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2130216935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1202100001278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480 (27.08.2020)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511 (22.07.2021)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Михаил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+79876666002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Петра Ермолаева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помещение/офис 3/3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СРО-20/2744-14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05.08.2020 по 04.08.2021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