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21-С-0071-0720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«Елена»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«Елена»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2116004294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1192130013173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477 (17.07.2020)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Александрова Алиса Андреевна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+79278500303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Яуши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Грушевая (коттеджный квартал Вознесенский)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924/1751550263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03.07.2020 по 02.07.2021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