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21-С-0476-0720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«ТерраСтрой»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«ТерраСтрой»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2130207000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1182130013504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19.12.2018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10.07.2020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476 (09.07.2020)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Ермошин Сергей Николаевич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30-80-56, +79603143080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Кабельный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2/2/2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«Ингосстрах» </w:t>
              <w:br/>
              <w:t>№ Лицензии: ОС 0928 - 02 от 28 сентября 2016 года</w:t>
              <w:br/>
              <w:t>Адрес: 127994, г. Москва, ул. Лесная, д. 41</w:t>
              <w:br/>
              <w:t>Контактные телефоны: +7 (495) 956-55-55, факс: +7 (495) 959-44-20</w:t>
              <w:br/>
              <w:t>Веб сайт: http://www.ingos.ru/</w:t>
              <w:br/>
              <w:t>Электронная почта: ingos@ingos.ru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№ 433-550-133409/26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28.05.2026 по 27.05.2027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