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21-С-0039-0220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«ЭлекКом Логистик»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«ЭлекКом Логистик»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2130133291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1142130002442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18.02.2014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25.02.2020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466 (19.02.2020)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Филиппов Станислав Борисович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57-37-00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www.elekkom.ru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И.Я.Яковлева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908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«Ингосстрах» </w:t>
              <w:br/>
              <w:t>№ Лицензии: ОС 0928 - 02 от 28 сентября 2016 года</w:t>
              <w:br/>
              <w:t>Адрес: 127994, г. Москва, ул. Лесная, д. 41</w:t>
              <w:br/>
              <w:t>Контактные телефоны: +7 (495) 956-55-55, факс: +7 (495) 959-44-20</w:t>
              <w:br/>
              <w:t>Веб сайт: http://www.ingos.ru/</w:t>
              <w:br/>
              <w:t>Электронная почта: ingos@ingos.ru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433-550-289232/25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29.01.2026 по 28.01.2027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