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21-С-0282-1119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«ВИПСТРОЙ»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«ВИПСТРОЙ»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2130206870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1182130013284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455 (13.11.2019)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489 (03.12.2020)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Карапетян Сергей Агасович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63-61-11, 28-30-69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Дорожный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СРО-19/1546-14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26.12.2019 по 25.12.2020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