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21-С-0522-0719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"Стройкомплект"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"Стройкомплект"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2124011915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1022100907234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09.02.1996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443 (24.07.2019)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Хухия Роин Отариевич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+79603063151, +79776226547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Винокурова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7221 GL 5123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22.07.2021 по 21.07.2022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