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21-С-0514-0619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"Энерго Спец 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«Энерго Спец 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2130209159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1192130003560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437 (11.06.2019)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462 (15.01.2020)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Новиков Николай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+79172277171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 Чебоксары, п. Сосновка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Сосновская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СРО-19/1262-14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29.05.2019 по 28.05.2020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