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21-С-0516-0619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МУП «Теплосеть»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Муниципальное унитарное предприятие «Теплосеть» муниципального образования города Чебоксары - столицы Чувашской Республики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2130201760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1182130006410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13.06.2018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Исключен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17.06.2019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437 (11.06.2019)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прекращения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01.09.2021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прекращении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Уведомление о добровольном прекращении членства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Директор, Щепелев Алексей Анатольевич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59-09-01, 56-61-79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Веб сайт: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www.chteplo.ru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Космонавта Николаева А.Г.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41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помещение 1,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Акционерное общество «Страховое общество газовой промышленности» (ОАО «СОГАЗ») </w:t>
              <w:br/>
              <w:t>№ Лицензии: ОС 1208 - 02 от 2 ноября 2016 года</w:t>
              <w:br/>
              <w:t>Адрес: 142770, Московская область, Ленинский район, поселок Газопровод, Бизнес-Центр</w:t>
              <w:br/>
              <w:t>Контактные телефоны: +7 (495) 428-57-27 факс: +7 (495) 428-78-96</w:t>
              <w:br/>
              <w:t>Веб сайт: http://www.sogaz.ru/</w:t>
              <w:br/>
              <w:t>Электронная почта: sogaz@sogaz.ru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7221 GL 5109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06.03.2021 по 05.03.2022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