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21-С-0504-0419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«ТехноСистемы»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«ТехноСистемы»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2130208155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429 (12.04.2019)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Дмитриев Руслан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55-65-85, 65-55-85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7791R/906/500042/26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28.04.2026 по 27.04.2027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