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21-С-0202-0818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«Нерон»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«Нерон»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2127304187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1022100975654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10.12.1998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396 (08.08.2018)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Никита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2009022-2110134/24СРО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14.08.2024 по 13.08.2025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