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21-С-0459-0818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«ПС НХ»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«ПРОМСТРОЙ НЕФТЕХИМ»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2130141119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1142130010307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22.07.2014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01.08.2018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394 (01.08.2018)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10.03.2021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495 (10.03.2021)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- 200 000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Закеев Хайдар Назипович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(8555) 32-20-93, 32-20-94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Академика А.Н.Крылова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Страховое акционерное общество «ВСК»</w:t>
              <w:br/>
              <w:t>№ Лицензии: ОС 0621 - 03 от 11 сентября 2015 года</w:t>
              <w:br/>
              <w:t>Адрес: 121552, г. Москва, ул. Островная, д. 4</w:t>
              <w:br/>
              <w:t>Контактные телефоны: +7 (495) 727-44-44, +7 (495) 785-27-76</w:t>
              <w:br/>
              <w:t>Веб сайт: http://www.vsk.ru</w:t>
              <w:br/>
              <w:t>Электронная почта: info@vsk.ru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19490D4000131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04.09.2019 по 03.09.2020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