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21-С-0458-0818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2119006067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1152138000046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394 (01.08.2018)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Егорейкин Александр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+79093003317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30 лет Победы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№0012069730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26.08.2025 по 25.08.2026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