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21-С-0248-0718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«Премиум Строй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«Премиум Строй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2130103748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1122130006338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Суворов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37-40-50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 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7791R/906/00080/26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02.07.2026 по 01.07.2027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