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21-С-0449-0718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«Стройдеталь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Строительная компания «Стройдеталь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2130201150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1182130005640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21.10.2025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Кошкин Дмитрий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+79278674444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Заводская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2009022-1279132/25 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05.06.2025 по 04.06.2026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