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21-С-0055-0518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«Реконстрой»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«Реконстрой»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2130147819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1142130017039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382 (23.05.2018)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Трифонов Николай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41-99-14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Н.Сверчкова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СРО-19/1213-14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14.05.2019 по 13.05.2020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