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21-С-0440-0518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«Инкомцентр»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«Инкомцентр»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2130097244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1112130016503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381 (16.05.2018)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Андреев Алексей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70-08-00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085-000075-58/25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29.10.2025 по 28.10.2026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